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E024A" w14:textId="77777777" w:rsidR="00711F93" w:rsidRPr="00B44056" w:rsidRDefault="00B44056">
      <w:pPr>
        <w:pStyle w:val="Naslov"/>
        <w:rPr>
          <w:color w:val="auto"/>
        </w:rPr>
      </w:pPr>
      <w:r w:rsidRPr="00B44056">
        <w:rPr>
          <w:color w:val="auto"/>
        </w:rPr>
        <w:t>OBRAZAC ISKAZA INTERESA</w:t>
      </w:r>
    </w:p>
    <w:p w14:paraId="21EAC147" w14:textId="77777777" w:rsidR="00711F93" w:rsidRPr="00B44056" w:rsidRDefault="00B44056">
      <w:pPr>
        <w:rPr>
          <w:color w:val="auto"/>
        </w:rPr>
      </w:pPr>
      <w:r w:rsidRPr="00B44056">
        <w:rPr>
          <w:color w:val="auto"/>
        </w:rPr>
        <w:t>Za odabir projektnog partnera Općine Marčana • projekt „Mali koraci, velika otkrića – Istraži, stvaraj i pokreni se u Marčani”</w:t>
      </w:r>
    </w:p>
    <w:p w14:paraId="460585F4" w14:textId="77777777" w:rsidR="00711F93" w:rsidRPr="00B44056" w:rsidRDefault="00B44056">
      <w:pPr>
        <w:pStyle w:val="Naslov1"/>
        <w:rPr>
          <w:color w:val="auto"/>
          <w:lang w:val="es-ES"/>
        </w:rPr>
      </w:pPr>
      <w:r w:rsidRPr="00B44056">
        <w:rPr>
          <w:color w:val="auto"/>
          <w:lang w:val="es-ES"/>
        </w:rPr>
        <w:t>A. Podaci o organizaciji</w:t>
      </w:r>
    </w:p>
    <w:p w14:paraId="5CF0AE37" w14:textId="77777777" w:rsidR="00711F93" w:rsidRPr="00B44056" w:rsidRDefault="00B44056">
      <w:pPr>
        <w:rPr>
          <w:color w:val="auto"/>
          <w:lang w:val="es-ES"/>
        </w:rPr>
      </w:pPr>
      <w:r w:rsidRPr="00B44056">
        <w:rPr>
          <w:color w:val="auto"/>
          <w:lang w:val="es-ES"/>
        </w:rPr>
        <w:t>Naziv i pravni oblik: __________________________________________________________________</w:t>
      </w:r>
    </w:p>
    <w:p w14:paraId="18586640" w14:textId="77777777" w:rsidR="00711F93" w:rsidRPr="00B44056" w:rsidRDefault="00B44056">
      <w:pPr>
        <w:rPr>
          <w:color w:val="auto"/>
          <w:lang w:val="es-ES"/>
        </w:rPr>
      </w:pPr>
      <w:r w:rsidRPr="00B44056">
        <w:rPr>
          <w:color w:val="auto"/>
          <w:lang w:val="es-ES"/>
        </w:rPr>
        <w:t>OIB: __________________________  Sjedište: __________________________________________</w:t>
      </w:r>
    </w:p>
    <w:p w14:paraId="125758CE" w14:textId="77777777" w:rsidR="00711F93" w:rsidRPr="00B44056" w:rsidRDefault="00B44056">
      <w:pPr>
        <w:rPr>
          <w:color w:val="auto"/>
          <w:lang w:val="es-ES"/>
        </w:rPr>
      </w:pPr>
      <w:r w:rsidRPr="00B44056">
        <w:rPr>
          <w:color w:val="auto"/>
          <w:lang w:val="es-ES"/>
        </w:rPr>
        <w:t>Registar i broj upisa / poveznica: _____________________________________________________</w:t>
      </w:r>
    </w:p>
    <w:p w14:paraId="3BF6891D" w14:textId="77777777" w:rsidR="00711F93" w:rsidRPr="00B44056" w:rsidRDefault="00B44056">
      <w:pPr>
        <w:rPr>
          <w:color w:val="auto"/>
          <w:lang w:val="es-ES"/>
        </w:rPr>
      </w:pPr>
      <w:r w:rsidRPr="00B44056">
        <w:rPr>
          <w:color w:val="auto"/>
          <w:lang w:val="es-ES"/>
        </w:rPr>
        <w:t>Osoba za kontakt: _____________________  E-pošta i telefon: ______________________________</w:t>
      </w:r>
    </w:p>
    <w:p w14:paraId="7BF6F2CD" w14:textId="77777777" w:rsidR="00711F93" w:rsidRPr="00B44056" w:rsidRDefault="00B44056">
      <w:pPr>
        <w:pStyle w:val="Naslov1"/>
        <w:rPr>
          <w:color w:val="auto"/>
          <w:lang w:val="es-ES"/>
        </w:rPr>
      </w:pPr>
      <w:r w:rsidRPr="00B44056">
        <w:rPr>
          <w:color w:val="auto"/>
          <w:lang w:val="es-ES"/>
        </w:rPr>
        <w:t>B. Kapaciteti (kratko navesti)</w:t>
      </w:r>
    </w:p>
    <w:p w14:paraId="4BCD976F" w14:textId="77777777" w:rsidR="00711F93" w:rsidRPr="00B44056" w:rsidRDefault="00B44056">
      <w:pPr>
        <w:rPr>
          <w:color w:val="auto"/>
          <w:lang w:val="es-ES"/>
        </w:rPr>
      </w:pPr>
      <w:r w:rsidRPr="00B44056">
        <w:rPr>
          <w:color w:val="auto"/>
          <w:lang w:val="es-ES"/>
        </w:rPr>
        <w:t>1. Prostor (vrsta, mjesto, približan kapacitet, osnova korištenja, sigurnost):</w:t>
      </w:r>
    </w:p>
    <w:p w14:paraId="29376BFF" w14:textId="77777777" w:rsidR="00711F93" w:rsidRPr="00B44056" w:rsidRDefault="00B44056">
      <w:pPr>
        <w:rPr>
          <w:color w:val="auto"/>
          <w:lang w:val="es-ES"/>
        </w:rPr>
      </w:pPr>
      <w:r w:rsidRPr="00B44056">
        <w:rPr>
          <w:color w:val="auto"/>
          <w:lang w:val="es-ES"/>
        </w:rPr>
        <w:t>________________________________________________________________________________</w:t>
      </w:r>
    </w:p>
    <w:p w14:paraId="4E36D3FA" w14:textId="77777777" w:rsidR="00711F93" w:rsidRPr="00B44056" w:rsidRDefault="00B44056">
      <w:pPr>
        <w:rPr>
          <w:color w:val="auto"/>
          <w:lang w:val="es-ES"/>
        </w:rPr>
      </w:pPr>
      <w:r w:rsidRPr="00B44056">
        <w:rPr>
          <w:color w:val="auto"/>
          <w:lang w:val="es-ES"/>
        </w:rPr>
        <w:t>________________________________________________________________________________</w:t>
      </w:r>
    </w:p>
    <w:p w14:paraId="286EFC75" w14:textId="77777777" w:rsidR="00711F93" w:rsidRPr="00B44056" w:rsidRDefault="00B44056">
      <w:pPr>
        <w:rPr>
          <w:color w:val="auto"/>
          <w:lang w:val="es-ES"/>
        </w:rPr>
      </w:pPr>
      <w:r w:rsidRPr="00B44056">
        <w:rPr>
          <w:color w:val="auto"/>
          <w:lang w:val="es-ES"/>
        </w:rPr>
        <w:t>Raspoloživost izvan redovnog programa:  ☐ poslijepodne  ☐ subotom  ☐ oboje</w:t>
      </w:r>
    </w:p>
    <w:p w14:paraId="44D7D7CA" w14:textId="77777777" w:rsidR="00711F93" w:rsidRPr="00B44056" w:rsidRDefault="00B44056">
      <w:pPr>
        <w:rPr>
          <w:color w:val="auto"/>
          <w:lang w:val="es-ES"/>
        </w:rPr>
      </w:pPr>
      <w:r w:rsidRPr="00B44056">
        <w:rPr>
          <w:color w:val="auto"/>
          <w:lang w:val="es-ES"/>
        </w:rPr>
        <w:t>2. Stručni kadar (zvanja / broj osoba / način osiguravanja – vlastiti ili zakonito angažirani):</w:t>
      </w:r>
    </w:p>
    <w:p w14:paraId="277E3E92" w14:textId="77777777" w:rsidR="00711F93" w:rsidRPr="00B44056" w:rsidRDefault="00B44056">
      <w:pPr>
        <w:rPr>
          <w:color w:val="auto"/>
        </w:rPr>
      </w:pPr>
      <w:r w:rsidRPr="00B44056">
        <w:rPr>
          <w:color w:val="auto"/>
        </w:rPr>
        <w:t>________________________________________________________________________________</w:t>
      </w:r>
    </w:p>
    <w:p w14:paraId="313326E1" w14:textId="77777777" w:rsidR="00711F93" w:rsidRPr="00B44056" w:rsidRDefault="00B44056">
      <w:pPr>
        <w:rPr>
          <w:color w:val="auto"/>
        </w:rPr>
      </w:pPr>
      <w:r w:rsidRPr="00B44056">
        <w:rPr>
          <w:color w:val="auto"/>
        </w:rPr>
        <w:t>________________________________________________________________________________</w:t>
      </w:r>
    </w:p>
    <w:p w14:paraId="1267564A" w14:textId="77777777" w:rsidR="00711F93" w:rsidRPr="00B44056" w:rsidRDefault="00B44056">
      <w:pPr>
        <w:rPr>
          <w:color w:val="auto"/>
        </w:rPr>
      </w:pPr>
      <w:r w:rsidRPr="00B44056">
        <w:rPr>
          <w:color w:val="auto"/>
        </w:rPr>
        <w:t>3. Programi i stvarne obveze partnera (što ćemo konkretno pripremiti/provesti):</w:t>
      </w:r>
    </w:p>
    <w:p w14:paraId="2166127A" w14:textId="77777777" w:rsidR="00711F93" w:rsidRPr="00B44056" w:rsidRDefault="00B44056">
      <w:pPr>
        <w:rPr>
          <w:color w:val="auto"/>
          <w:lang w:val="es-ES"/>
        </w:rPr>
      </w:pPr>
      <w:r w:rsidRPr="00B44056">
        <w:rPr>
          <w:color w:val="auto"/>
          <w:lang w:val="es-ES"/>
        </w:rPr>
        <w:t>________________________________________________________________________________</w:t>
      </w:r>
    </w:p>
    <w:p w14:paraId="63DF91A2" w14:textId="77777777" w:rsidR="00711F93" w:rsidRPr="00B44056" w:rsidRDefault="00B44056">
      <w:pPr>
        <w:rPr>
          <w:color w:val="auto"/>
          <w:lang w:val="es-ES"/>
        </w:rPr>
      </w:pPr>
      <w:r w:rsidRPr="00B44056">
        <w:rPr>
          <w:color w:val="auto"/>
          <w:lang w:val="es-ES"/>
        </w:rPr>
        <w:t>________________________________________________________________________________</w:t>
      </w:r>
    </w:p>
    <w:p w14:paraId="12E2E05A" w14:textId="77777777" w:rsidR="00711F93" w:rsidRPr="00B44056" w:rsidRDefault="00B44056">
      <w:pPr>
        <w:rPr>
          <w:color w:val="auto"/>
          <w:lang w:val="es-ES"/>
        </w:rPr>
      </w:pPr>
      <w:r w:rsidRPr="00B44056">
        <w:rPr>
          <w:color w:val="auto"/>
          <w:lang w:val="es-ES"/>
        </w:rPr>
        <w:t>________________________________________________________________________________</w:t>
      </w:r>
    </w:p>
    <w:p w14:paraId="24C590C6" w14:textId="77777777" w:rsidR="00711F93" w:rsidRPr="00B44056" w:rsidRDefault="00B44056">
      <w:pPr>
        <w:rPr>
          <w:color w:val="auto"/>
          <w:lang w:val="es-ES"/>
        </w:rPr>
      </w:pPr>
      <w:r w:rsidRPr="00B44056">
        <w:rPr>
          <w:color w:val="auto"/>
          <w:lang w:val="es-ES"/>
        </w:rPr>
        <w:t>4. Okvirni mjerljivi doprinos: _______ programa; _______ radionica; _______ ciklusa;</w:t>
      </w:r>
    </w:p>
    <w:p w14:paraId="4A4FB89F" w14:textId="77777777" w:rsidR="00711F93" w:rsidRPr="00B44056" w:rsidRDefault="00B44056">
      <w:pPr>
        <w:rPr>
          <w:color w:val="auto"/>
          <w:lang w:val="es-ES"/>
        </w:rPr>
      </w:pPr>
      <w:r w:rsidRPr="00B44056">
        <w:rPr>
          <w:color w:val="auto"/>
          <w:lang w:val="es-ES"/>
        </w:rPr>
        <w:t>_______ djece po ciklusu; _______ uključenih stručnih osoba. (Brojevi su okvirni.)</w:t>
      </w:r>
    </w:p>
    <w:p w14:paraId="6F6A8A8B" w14:textId="77777777" w:rsidR="00711F93" w:rsidRPr="00B44056" w:rsidRDefault="00B44056">
      <w:pPr>
        <w:pStyle w:val="Naslov1"/>
        <w:rPr>
          <w:color w:val="auto"/>
          <w:lang w:val="es-ES"/>
        </w:rPr>
      </w:pPr>
      <w:r w:rsidRPr="00B44056">
        <w:rPr>
          <w:color w:val="auto"/>
          <w:lang w:val="es-ES"/>
        </w:rPr>
        <w:t>C. Izjava podnositelja</w:t>
      </w:r>
    </w:p>
    <w:p w14:paraId="6551EE14" w14:textId="77777777" w:rsidR="00711F93" w:rsidRPr="00B44056" w:rsidRDefault="00B44056">
      <w:pPr>
        <w:rPr>
          <w:color w:val="auto"/>
        </w:rPr>
      </w:pPr>
      <w:r w:rsidRPr="00B44056">
        <w:rPr>
          <w:color w:val="auto"/>
        </w:rPr>
        <w:t>Potpisom potvrđujemo:</w:t>
      </w:r>
    </w:p>
    <w:p w14:paraId="13277193" w14:textId="77777777" w:rsidR="00711F93" w:rsidRPr="00B44056" w:rsidRDefault="00B44056">
      <w:pPr>
        <w:pStyle w:val="Grafikeoznake"/>
        <w:spacing w:after="50"/>
        <w:rPr>
          <w:color w:val="auto"/>
        </w:rPr>
      </w:pPr>
      <w:r w:rsidRPr="00B44056">
        <w:rPr>
          <w:color w:val="auto"/>
          <w:lang w:val="es-ES"/>
        </w:rPr>
        <w:t xml:space="preserve">da je organizacija pravna osoba prihvatljivog oblika i registrirana za područja i aktivnosti projekta prema točki 3.2. </w:t>
      </w:r>
      <w:r w:rsidRPr="00B44056">
        <w:rPr>
          <w:color w:val="auto"/>
        </w:rPr>
        <w:t>Uputa;</w:t>
      </w:r>
    </w:p>
    <w:p w14:paraId="6B3CD4FD" w14:textId="77777777" w:rsidR="00711F93" w:rsidRPr="00B44056" w:rsidRDefault="00B44056">
      <w:pPr>
        <w:pStyle w:val="Grafikeoznake"/>
        <w:spacing w:after="50"/>
        <w:rPr>
          <w:color w:val="auto"/>
        </w:rPr>
      </w:pPr>
      <w:r w:rsidRPr="00B44056">
        <w:rPr>
          <w:color w:val="auto"/>
          <w:lang w:val="es-ES"/>
        </w:rPr>
        <w:t xml:space="preserve">da prema našem saznanju ne postoje okolnosti isključenja navedene u točki 3.3. </w:t>
      </w:r>
      <w:r w:rsidRPr="00B44056">
        <w:rPr>
          <w:color w:val="auto"/>
        </w:rPr>
        <w:t>Uputa;</w:t>
      </w:r>
    </w:p>
    <w:p w14:paraId="17C3DDC8" w14:textId="77777777" w:rsidR="00711F93" w:rsidRPr="00B44056" w:rsidRDefault="00B44056">
      <w:pPr>
        <w:pStyle w:val="Grafikeoznake"/>
        <w:spacing w:after="50"/>
        <w:rPr>
          <w:color w:val="auto"/>
        </w:rPr>
      </w:pPr>
      <w:r w:rsidRPr="00B44056">
        <w:rPr>
          <w:color w:val="auto"/>
        </w:rPr>
        <w:t>da ne sudjelujemo i nećemo sudjelovati kao partner u drugoj prijavi na isti Poziv (točka 4.4.);</w:t>
      </w:r>
    </w:p>
    <w:p w14:paraId="501FFC79" w14:textId="77777777" w:rsidR="00711F93" w:rsidRPr="00B44056" w:rsidRDefault="00B44056">
      <w:pPr>
        <w:pStyle w:val="Grafikeoznake"/>
        <w:spacing w:after="50"/>
        <w:rPr>
          <w:color w:val="auto"/>
        </w:rPr>
      </w:pPr>
      <w:r w:rsidRPr="00B44056">
        <w:rPr>
          <w:color w:val="auto"/>
        </w:rPr>
        <w:t>da su navedeni podaci točni te da možemo preuzeti stvarne i mjerljive obveze i po potrebi dokazati raspoloživost prostora i kadra;</w:t>
      </w:r>
    </w:p>
    <w:p w14:paraId="76259E59" w14:textId="77777777" w:rsidR="00711F93" w:rsidRPr="00B44056" w:rsidRDefault="00B44056">
      <w:pPr>
        <w:pStyle w:val="Grafikeoznake"/>
        <w:spacing w:after="50"/>
        <w:rPr>
          <w:color w:val="auto"/>
          <w:lang w:val="es-ES"/>
        </w:rPr>
      </w:pPr>
      <w:r w:rsidRPr="00B44056">
        <w:rPr>
          <w:color w:val="auto"/>
          <w:lang w:val="es-ES"/>
        </w:rPr>
        <w:t>da ćemo aktivnosti provoditi izvan redovnog programa, besplatno za djecu, bez dvostrukog financiranja i uz potrebne evidencije;</w:t>
      </w:r>
    </w:p>
    <w:p w14:paraId="1C38A7DB" w14:textId="77777777" w:rsidR="00711F93" w:rsidRPr="00B44056" w:rsidRDefault="00B44056">
      <w:pPr>
        <w:pStyle w:val="Grafikeoznake"/>
        <w:spacing w:after="50"/>
        <w:rPr>
          <w:color w:val="auto"/>
          <w:lang w:val="es-ES"/>
        </w:rPr>
      </w:pPr>
      <w:r w:rsidRPr="00B44056">
        <w:rPr>
          <w:color w:val="auto"/>
          <w:lang w:val="es-ES"/>
        </w:rPr>
        <w:t>da odabir partnera sam po sebi ne jamči odobrenje projekta ili financiranja.</w:t>
      </w:r>
    </w:p>
    <w:p w14:paraId="448C4936" w14:textId="77777777" w:rsidR="00711F93" w:rsidRPr="00B44056" w:rsidRDefault="00B44056">
      <w:pPr>
        <w:rPr>
          <w:color w:val="auto"/>
        </w:rPr>
      </w:pPr>
      <w:r w:rsidRPr="00B44056">
        <w:rPr>
          <w:color w:val="auto"/>
        </w:rPr>
        <w:t>Mjesto i datum: _______________________________</w:t>
      </w:r>
    </w:p>
    <w:p w14:paraId="54E16F7D" w14:textId="77777777" w:rsidR="00711F93" w:rsidRPr="00B44056" w:rsidRDefault="00B44056">
      <w:pPr>
        <w:rPr>
          <w:color w:val="auto"/>
        </w:rPr>
      </w:pPr>
      <w:r w:rsidRPr="00B44056">
        <w:rPr>
          <w:color w:val="auto"/>
        </w:rPr>
        <w:t>Ime ovlaštene osobe: ___________________________   Potpis: __________________________</w:t>
      </w:r>
    </w:p>
    <w:p w14:paraId="677EE433" w14:textId="77777777" w:rsidR="00711F93" w:rsidRPr="00B44056" w:rsidRDefault="00B44056">
      <w:pPr>
        <w:rPr>
          <w:color w:val="auto"/>
        </w:rPr>
      </w:pPr>
      <w:r w:rsidRPr="00B44056">
        <w:rPr>
          <w:color w:val="auto"/>
        </w:rPr>
        <w:t>Napomena: Ne traži se dostavljanje osobnih podataka djece, preslika diploma ili porezne potvrde uz ovaj početni iskaz interesa. Odabrani partner dostavlja dokumentaciju propisanu Ministarstvom prije prijave.</w:t>
      </w:r>
    </w:p>
    <w:sectPr w:rsidR="00711F93" w:rsidRPr="00B44056" w:rsidSect="00034616">
      <w:headerReference w:type="default" r:id="rId8"/>
      <w:footerReference w:type="default" r:id="rId9"/>
      <w:pgSz w:w="11906" w:h="16838"/>
      <w:pgMar w:top="1049" w:right="1134" w:bottom="964" w:left="1134" w:header="454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B2E28" w14:textId="77777777" w:rsidR="00B44056" w:rsidRDefault="00B44056">
      <w:pPr>
        <w:spacing w:after="0" w:line="240" w:lineRule="auto"/>
      </w:pPr>
      <w:r>
        <w:separator/>
      </w:r>
    </w:p>
  </w:endnote>
  <w:endnote w:type="continuationSeparator" w:id="0">
    <w:p w14:paraId="73785B97" w14:textId="77777777" w:rsidR="00B44056" w:rsidRDefault="00B4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318C1" w14:textId="77777777" w:rsidR="00711F93" w:rsidRPr="00AD0B43" w:rsidRDefault="00B44056">
    <w:pPr>
      <w:pStyle w:val="Podnoje"/>
      <w:jc w:val="right"/>
      <w:rPr>
        <w:lang w:val="es-ES"/>
      </w:rPr>
    </w:pPr>
    <w:r w:rsidRPr="00AD0B43">
      <w:rPr>
        <w:color w:val="626D79"/>
        <w:sz w:val="15"/>
        <w:lang w:val="es-ES"/>
      </w:rPr>
      <w:t xml:space="preserve">Marčana • projektni poziv 2026.  |  Obrazac interesa  |  Stranica </w:t>
    </w:r>
    <w:r>
      <w:fldChar w:fldCharType="begin"/>
    </w:r>
    <w:r w:rsidRPr="00AD0B43">
      <w:rPr>
        <w:lang w:val="es-ES"/>
      </w:rPr>
      <w:instrText>PAGE</w:instrText>
    </w:r>
    <w:r>
      <w:fldChar w:fldCharType="separate"/>
    </w:r>
    <w:r w:rsidR="00AD0B43" w:rsidRPr="00AD0B43">
      <w:rPr>
        <w:noProof/>
        <w:lang w:val="es-ES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5D108" w14:textId="77777777" w:rsidR="00B44056" w:rsidRDefault="00B44056">
      <w:pPr>
        <w:spacing w:after="0" w:line="240" w:lineRule="auto"/>
      </w:pPr>
      <w:r>
        <w:separator/>
      </w:r>
    </w:p>
  </w:footnote>
  <w:footnote w:type="continuationSeparator" w:id="0">
    <w:p w14:paraId="70743D05" w14:textId="77777777" w:rsidR="00B44056" w:rsidRDefault="00B44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086C2" w14:textId="77777777" w:rsidR="00711F93" w:rsidRDefault="00B44056">
    <w:pPr>
      <w:pStyle w:val="Opisslike"/>
    </w:pPr>
    <w:r>
      <w:rPr>
        <w:color w:val="626D79"/>
        <w:sz w:val="16"/>
      </w:rPr>
      <w:t>OPĆINA MARČANA   /   ODABIR PROJEKTNOG PARTNERA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7606617">
    <w:abstractNumId w:val="8"/>
  </w:num>
  <w:num w:numId="2" w16cid:durableId="1206060880">
    <w:abstractNumId w:val="6"/>
  </w:num>
  <w:num w:numId="3" w16cid:durableId="266735227">
    <w:abstractNumId w:val="5"/>
  </w:num>
  <w:num w:numId="4" w16cid:durableId="1893230397">
    <w:abstractNumId w:val="4"/>
  </w:num>
  <w:num w:numId="5" w16cid:durableId="1572884603">
    <w:abstractNumId w:val="7"/>
  </w:num>
  <w:num w:numId="6" w16cid:durableId="1354845768">
    <w:abstractNumId w:val="3"/>
  </w:num>
  <w:num w:numId="7" w16cid:durableId="239481677">
    <w:abstractNumId w:val="2"/>
  </w:num>
  <w:num w:numId="8" w16cid:durableId="540822940">
    <w:abstractNumId w:val="1"/>
  </w:num>
  <w:num w:numId="9" w16cid:durableId="658002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11F93"/>
    <w:rsid w:val="00AA1D8D"/>
    <w:rsid w:val="00AD0B43"/>
    <w:rsid w:val="00B44056"/>
    <w:rsid w:val="00B47730"/>
    <w:rsid w:val="00CB0664"/>
    <w:rsid w:val="00FC693F"/>
    <w:rsid w:val="00FF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645BD0"/>
  <w14:defaultImageDpi w14:val="300"/>
  <w15:docId w15:val="{1119AA0A-0F26-4AB2-86E9-68B4AF4E2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74" w:lineRule="auto"/>
    </w:pPr>
    <w:rPr>
      <w:rFonts w:ascii="Aptos" w:hAnsi="Aptos"/>
      <w:color w:val="2A2F37"/>
      <w:sz w:val="19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color w:val="1D354B"/>
      <w:sz w:val="21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295D84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1D354B"/>
      <w:spacing w:val="5"/>
      <w:kern w:val="28"/>
      <w:sz w:val="30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Eurokonzalting Pula</cp:lastModifiedBy>
  <cp:revision>3</cp:revision>
  <dcterms:created xsi:type="dcterms:W3CDTF">2026-11-02T11:15:00Z</dcterms:created>
  <dcterms:modified xsi:type="dcterms:W3CDTF">2026-11-02T11:15:00Z</dcterms:modified>
  <cp:category/>
</cp:coreProperties>
</file>